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D3B85E" w14:textId="77777777" w:rsidR="00366892" w:rsidRPr="001B59D2" w:rsidRDefault="00000000">
      <w:pPr>
        <w:spacing w:before="80" w:after="60"/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sz w:val="18"/>
          <w:lang w:eastAsia="zh-CN"/>
        </w:rPr>
        <w:t>SSPCZ 2026 · 投稿文件</w:t>
      </w:r>
    </w:p>
    <w:p w14:paraId="7A54D16D" w14:textId="77777777" w:rsidR="00366892" w:rsidRPr="001B59D2" w:rsidRDefault="00000000">
      <w:pPr>
        <w:keepNext/>
        <w:spacing w:after="100"/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sz w:val="48"/>
          <w:lang w:eastAsia="zh-CN"/>
        </w:rPr>
        <w:t>投稿原创性与责任确认书</w:t>
      </w:r>
    </w:p>
    <w:p w14:paraId="22F3364A" w14:textId="77777777" w:rsidR="00366892" w:rsidRPr="001B59D2" w:rsidRDefault="00000000">
      <w:pPr>
        <w:spacing w:after="100"/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sz w:val="23"/>
          <w:lang w:eastAsia="zh-CN"/>
        </w:rPr>
        <w:t>适用于第三届浙江中学生哲学大会「变与不变」主题投稿</w:t>
      </w:r>
    </w:p>
    <w:p w14:paraId="47294517" w14:textId="77777777" w:rsidR="00366892" w:rsidRPr="001B59D2" w:rsidRDefault="00000000">
      <w:pPr>
        <w:pStyle w:val="Notice"/>
        <w:keepLines/>
        <w:rPr>
          <w:rFonts w:ascii="宋体" w:eastAsia="宋体" w:hAnsi="宋体"/>
          <w:bCs/>
          <w:color w:val="auto"/>
          <w:lang w:eastAsia="zh-CN"/>
        </w:rPr>
      </w:pPr>
      <w:proofErr w:type="gramStart"/>
      <w:r w:rsidRPr="001B59D2">
        <w:rPr>
          <w:rFonts w:ascii="宋体" w:eastAsia="宋体" w:hAnsi="宋体"/>
          <w:bCs/>
          <w:color w:val="auto"/>
          <w:lang w:eastAsia="zh-CN"/>
        </w:rPr>
        <w:t>签署说明  本确认书与论文一并提交</w:t>
      </w:r>
      <w:proofErr w:type="gramEnd"/>
      <w:r w:rsidRPr="001B59D2">
        <w:rPr>
          <w:rFonts w:ascii="宋体" w:eastAsia="宋体" w:hAnsi="宋体"/>
          <w:bCs/>
          <w:color w:val="auto"/>
          <w:lang w:eastAsia="zh-CN"/>
        </w:rPr>
        <w:t>。请逐项阅读并勾选；存在共同作者时，全体作者均应知悉并同意投稿。信息缺漏或签署不完整的，组委会可通知补正。</w:t>
      </w:r>
    </w:p>
    <w:p w14:paraId="154C5FBF" w14:textId="77777777" w:rsidR="00366892" w:rsidRPr="001B59D2" w:rsidRDefault="00000000">
      <w:pPr>
        <w:pStyle w:val="1"/>
        <w:rPr>
          <w:rFonts w:ascii="宋体" w:eastAsia="宋体" w:hAnsi="宋体"/>
          <w:b w:val="0"/>
          <w:color w:val="auto"/>
        </w:rPr>
      </w:pPr>
      <w:proofErr w:type="spellStart"/>
      <w:r w:rsidRPr="001B59D2">
        <w:rPr>
          <w:rFonts w:ascii="宋体" w:eastAsia="宋体" w:hAnsi="宋体"/>
          <w:b w:val="0"/>
          <w:color w:val="auto"/>
        </w:rPr>
        <w:t>一、投稿信息</w:t>
      </w:r>
      <w:proofErr w:type="spellEnd"/>
    </w:p>
    <w:tbl>
      <w:tblPr>
        <w:tblStyle w:val="aff1"/>
        <w:tblW w:w="9360" w:type="dxa"/>
        <w:tblInd w:w="120" w:type="dxa"/>
        <w:tblBorders>
          <w:top w:val="single" w:sz="6" w:space="0" w:color="C7D0D9"/>
          <w:left w:val="single" w:sz="6" w:space="0" w:color="C7D0D9"/>
          <w:bottom w:val="single" w:sz="6" w:space="0" w:color="C7D0D9"/>
          <w:right w:val="single" w:sz="6" w:space="0" w:color="C7D0D9"/>
          <w:insideH w:val="single" w:sz="6" w:space="0" w:color="C7D0D9"/>
          <w:insideV w:val="single" w:sz="6" w:space="0" w:color="C7D0D9"/>
        </w:tblBorders>
        <w:tblLayout w:type="fixed"/>
        <w:tblLook w:val="04A0" w:firstRow="1" w:lastRow="0" w:firstColumn="1" w:lastColumn="0" w:noHBand="0" w:noVBand="1"/>
      </w:tblPr>
      <w:tblGrid>
        <w:gridCol w:w="2200"/>
        <w:gridCol w:w="7160"/>
      </w:tblGrid>
      <w:tr w:rsidR="00366892" w:rsidRPr="001B59D2" w14:paraId="01D2C47A" w14:textId="77777777">
        <w:trPr>
          <w:cantSplit/>
          <w:tblHeader/>
        </w:trPr>
        <w:tc>
          <w:tcPr>
            <w:tcW w:w="220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01D471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项目</w:t>
            </w:r>
          </w:p>
        </w:tc>
        <w:tc>
          <w:tcPr>
            <w:tcW w:w="716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3FB36B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填写内容</w:t>
            </w:r>
          </w:p>
        </w:tc>
      </w:tr>
      <w:tr w:rsidR="00366892" w:rsidRPr="001B59D2" w14:paraId="67BC5E61" w14:textId="77777777"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DC81D11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</w:rPr>
              <w:t>论文题目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10FD71D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2C18DC81" w14:textId="77777777"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07DB031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</w:rPr>
              <w:t>作者姓名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0DD126E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225AF9AF" w14:textId="77777777"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0D012D6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</w:rPr>
              <w:t>学校 / 年级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96F6AA4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2A076C78" w14:textId="77777777"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297BD4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</w:rPr>
              <w:t>共同作者（如有）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8031E8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6DED2EEE" w14:textId="77777777"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9D9139A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</w:rPr>
              <w:t>联系电话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7D1FD40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537840FF" w14:textId="77777777">
        <w:trPr>
          <w:cantSplit/>
        </w:trPr>
        <w:tc>
          <w:tcPr>
            <w:tcW w:w="22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F2E4085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</w:rPr>
              <w:t>电子邮箱</w:t>
            </w:r>
          </w:p>
        </w:tc>
        <w:tc>
          <w:tcPr>
            <w:tcW w:w="71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C6E030F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</w:tbl>
    <w:p w14:paraId="47625BDD" w14:textId="77777777" w:rsidR="00366892" w:rsidRPr="001B59D2" w:rsidRDefault="00366892">
      <w:pPr>
        <w:spacing w:after="0"/>
        <w:rPr>
          <w:rFonts w:ascii="宋体" w:eastAsia="宋体" w:hAnsi="宋体"/>
          <w:bCs/>
          <w:color w:val="auto"/>
        </w:rPr>
      </w:pPr>
    </w:p>
    <w:p w14:paraId="236B1656" w14:textId="77777777" w:rsidR="00366892" w:rsidRPr="001B59D2" w:rsidRDefault="00000000">
      <w:pPr>
        <w:pStyle w:val="1"/>
        <w:rPr>
          <w:rFonts w:ascii="宋体" w:eastAsia="宋体" w:hAnsi="宋体"/>
          <w:b w:val="0"/>
          <w:color w:val="auto"/>
        </w:rPr>
      </w:pPr>
      <w:r w:rsidRPr="001B59D2">
        <w:rPr>
          <w:rFonts w:ascii="宋体" w:eastAsia="宋体" w:hAnsi="宋体"/>
          <w:b w:val="0"/>
          <w:color w:val="auto"/>
        </w:rPr>
        <w:t>二、作者确认</w:t>
      </w:r>
    </w:p>
    <w:p w14:paraId="5E44AE0B" w14:textId="77777777" w:rsidR="00366892" w:rsidRPr="001B59D2" w:rsidRDefault="00000000">
      <w:pPr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lang w:eastAsia="zh-CN"/>
        </w:rPr>
        <w:t>本人在充分理解各项含义后，作出下列确认。勾选表示本人认可该项陈述，并愿意就其真实性承担责任。</w:t>
      </w:r>
    </w:p>
    <w:tbl>
      <w:tblPr>
        <w:tblStyle w:val="aff1"/>
        <w:tblW w:w="9360" w:type="dxa"/>
        <w:tblInd w:w="120" w:type="dxa"/>
        <w:tblBorders>
          <w:top w:val="single" w:sz="6" w:space="0" w:color="C7D0D9"/>
          <w:left w:val="single" w:sz="6" w:space="0" w:color="C7D0D9"/>
          <w:bottom w:val="single" w:sz="6" w:space="0" w:color="C7D0D9"/>
          <w:right w:val="single" w:sz="6" w:space="0" w:color="C7D0D9"/>
          <w:insideH w:val="single" w:sz="6" w:space="0" w:color="C7D0D9"/>
          <w:insideV w:val="single" w:sz="6" w:space="0" w:color="C7D0D9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8460"/>
      </w:tblGrid>
      <w:tr w:rsidR="00366892" w:rsidRPr="001B59D2" w14:paraId="501DC7BA" w14:textId="77777777">
        <w:trPr>
          <w:cantSplit/>
          <w:tblHeader/>
        </w:trPr>
        <w:tc>
          <w:tcPr>
            <w:tcW w:w="90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BD5BCCF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proofErr w:type="spellStart"/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确认</w:t>
            </w:r>
            <w:proofErr w:type="spellEnd"/>
          </w:p>
        </w:tc>
        <w:tc>
          <w:tcPr>
            <w:tcW w:w="846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8F864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声明事项</w:t>
            </w:r>
          </w:p>
        </w:tc>
      </w:tr>
      <w:tr w:rsidR="00366892" w:rsidRPr="001B59D2" w14:paraId="7E58C26B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841BA4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8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42519B9" w14:textId="6301C907" w:rsidR="00366892" w:rsidRPr="001B59D2" w:rsidRDefault="00000000">
            <w:pPr>
              <w:spacing w:after="0" w:line="276" w:lineRule="auto"/>
              <w:rPr>
                <w:rFonts w:ascii="宋体" w:eastAsia="宋体" w:hAnsi="宋体" w:hint="eastAsia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1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. 本人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对论文的选题、材料处理、分析和成稿过程具有真实参与；提交文本并非由他人代写或以他人成果冒充本人完成</w:t>
            </w:r>
            <w:r w:rsidR="00120E89" w:rsidRPr="001B59D2">
              <w:rPr>
                <w:rFonts w:ascii="宋体" w:eastAsia="宋体" w:hAnsi="宋体" w:hint="eastAsia"/>
                <w:bCs/>
                <w:color w:val="auto"/>
                <w:sz w:val="18"/>
                <w:lang w:eastAsia="zh-CN"/>
              </w:rPr>
              <w:t>；</w:t>
            </w:r>
            <w:r w:rsidR="00120E89"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论文不存在抄袭、自我剽窃、编造研究结果等行为</w:t>
            </w:r>
          </w:p>
        </w:tc>
      </w:tr>
      <w:tr w:rsidR="00366892" w:rsidRPr="001B59D2" w14:paraId="2C09EAF4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E277883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8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46F3F6" w14:textId="3C4BB855" w:rsidR="00366892" w:rsidRPr="001B59D2" w:rsidRDefault="00000000">
            <w:pPr>
              <w:spacing w:after="0" w:line="276" w:lineRule="auto"/>
              <w:rPr>
                <w:rFonts w:ascii="宋体" w:eastAsia="宋体" w:hAnsi="宋体" w:hint="eastAsia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2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. 论文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中借用的观点、文字、数据、案例和其他材料，已经按照其用途标明来源；本人没有伪造出处、虚构引文或有意篡改材料</w:t>
            </w:r>
            <w:r w:rsidR="00120E89" w:rsidRPr="001B59D2">
              <w:rPr>
                <w:rFonts w:ascii="宋体" w:eastAsia="宋体" w:hAnsi="宋体" w:hint="eastAsia"/>
                <w:bCs/>
                <w:color w:val="auto"/>
                <w:sz w:val="18"/>
                <w:lang w:eastAsia="zh-CN"/>
              </w:rPr>
              <w:t>；</w:t>
            </w:r>
            <w:r w:rsidR="00120E89"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考文献所列项目与正文使用情况相互对应，并可接受核验。</w:t>
            </w:r>
          </w:p>
        </w:tc>
      </w:tr>
      <w:tr w:rsidR="00366892" w:rsidRPr="001B59D2" w14:paraId="3372F6D2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F482FF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8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F524D7A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6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. 署名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顺序与实际贡献相符；所有共同作者均已了解稿件内容、同意本次投稿，并认可本确认书涉及的责任。</w:t>
            </w:r>
          </w:p>
        </w:tc>
      </w:tr>
      <w:tr w:rsidR="00366892" w:rsidRPr="001B59D2" w14:paraId="53DBD90F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C73A44A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8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728818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7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. 无论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是否借助人工智能工具，本人均已逐项核验最终文本中的论点、推理、事实、引文、参考文献和语言表达，并对最终提交版本负责。</w:t>
            </w:r>
          </w:p>
        </w:tc>
      </w:tr>
      <w:tr w:rsidR="00366892" w:rsidRPr="001B59D2" w14:paraId="521EF456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422F435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lastRenderedPageBreak/>
              <w:t>□</w:t>
            </w:r>
          </w:p>
        </w:tc>
        <w:tc>
          <w:tcPr>
            <w:tcW w:w="8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FF7457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8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. 论文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不以煽动暴力、仇恨、歧视或违法活动为目的，也不以故意编造事实的方式误导读者。</w:t>
            </w:r>
          </w:p>
        </w:tc>
      </w:tr>
      <w:tr w:rsidR="00366892" w:rsidRPr="001B59D2" w14:paraId="608B8D1F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8907311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84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89B1544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9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. 本人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理解大会有权就学术诚信或合规疑点要求说明、核对材料并作出处理；如对处理结果有异议，可依结果通知载明的渠道提出申诉。</w:t>
            </w:r>
          </w:p>
        </w:tc>
      </w:tr>
    </w:tbl>
    <w:p w14:paraId="64B1B9AC" w14:textId="77777777" w:rsidR="00366892" w:rsidRPr="001B59D2" w:rsidRDefault="00366892">
      <w:pPr>
        <w:spacing w:after="0"/>
        <w:rPr>
          <w:rFonts w:ascii="宋体" w:eastAsia="宋体" w:hAnsi="宋体"/>
          <w:bCs/>
          <w:color w:val="auto"/>
          <w:lang w:eastAsia="zh-CN"/>
        </w:rPr>
      </w:pPr>
    </w:p>
    <w:p w14:paraId="112CEC68" w14:textId="77777777" w:rsidR="00366892" w:rsidRPr="001B59D2" w:rsidRDefault="00000000">
      <w:pPr>
        <w:pStyle w:val="1"/>
        <w:rPr>
          <w:rFonts w:ascii="宋体" w:eastAsia="宋体" w:hAnsi="宋体"/>
          <w:b w:val="0"/>
          <w:color w:val="auto"/>
          <w:lang w:eastAsia="zh-CN"/>
        </w:rPr>
      </w:pPr>
      <w:r w:rsidRPr="001B59D2">
        <w:rPr>
          <w:rFonts w:ascii="宋体" w:eastAsia="宋体" w:hAnsi="宋体"/>
          <w:b w:val="0"/>
          <w:color w:val="auto"/>
          <w:lang w:eastAsia="zh-CN"/>
        </w:rPr>
        <w:t>三、人工智能工具使用确认</w:t>
      </w:r>
    </w:p>
    <w:p w14:paraId="0375FAFF" w14:textId="77777777" w:rsidR="00366892" w:rsidRPr="001B59D2" w:rsidRDefault="00000000">
      <w:pPr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lang w:eastAsia="zh-CN"/>
        </w:rPr>
        <w:t>请在以下两项中选择一项。两项同时勾选或均未勾选，视为信息不完整。</w:t>
      </w:r>
    </w:p>
    <w:tbl>
      <w:tblPr>
        <w:tblStyle w:val="aff1"/>
        <w:tblW w:w="9360" w:type="dxa"/>
        <w:tblInd w:w="120" w:type="dxa"/>
        <w:tblBorders>
          <w:top w:val="single" w:sz="6" w:space="0" w:color="C7D0D9"/>
          <w:left w:val="single" w:sz="6" w:space="0" w:color="C7D0D9"/>
          <w:bottom w:val="single" w:sz="6" w:space="0" w:color="C7D0D9"/>
          <w:right w:val="single" w:sz="6" w:space="0" w:color="C7D0D9"/>
          <w:insideH w:val="single" w:sz="6" w:space="0" w:color="C7D0D9"/>
          <w:insideV w:val="single" w:sz="6" w:space="0" w:color="C7D0D9"/>
        </w:tblBorders>
        <w:tblLayout w:type="fixed"/>
        <w:tblLook w:val="04A0" w:firstRow="1" w:lastRow="0" w:firstColumn="1" w:lastColumn="0" w:noHBand="0" w:noVBand="1"/>
      </w:tblPr>
      <w:tblGrid>
        <w:gridCol w:w="900"/>
        <w:gridCol w:w="1900"/>
        <w:gridCol w:w="6560"/>
      </w:tblGrid>
      <w:tr w:rsidR="00366892" w:rsidRPr="001B59D2" w14:paraId="5CF8E607" w14:textId="77777777">
        <w:trPr>
          <w:cantSplit/>
          <w:tblHeader/>
        </w:trPr>
        <w:tc>
          <w:tcPr>
            <w:tcW w:w="90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02AB85D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proofErr w:type="spellStart"/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选择</w:t>
            </w:r>
            <w:proofErr w:type="spellEnd"/>
          </w:p>
        </w:tc>
        <w:tc>
          <w:tcPr>
            <w:tcW w:w="190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61EFBCAC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情况</w:t>
            </w:r>
          </w:p>
        </w:tc>
        <w:tc>
          <w:tcPr>
            <w:tcW w:w="656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525FA1C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作者确认</w:t>
            </w:r>
          </w:p>
        </w:tc>
      </w:tr>
      <w:tr w:rsidR="00366892" w:rsidRPr="001B59D2" w14:paraId="77EEC8A0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39D7CEC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5BCE5687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未使用 AI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5DA6F5C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本人在论文构思、材料处理和写作过程中未使用生成式人工智能工具。</w:t>
            </w:r>
          </w:p>
        </w:tc>
      </w:tr>
      <w:tr w:rsidR="00366892" w:rsidRPr="001B59D2" w14:paraId="0B066293" w14:textId="77777777">
        <w:trPr>
          <w:cantSplit/>
        </w:trPr>
        <w:tc>
          <w:tcPr>
            <w:tcW w:w="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E93A8C6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30"/>
              </w:rPr>
              <w:t>□</w:t>
            </w:r>
          </w:p>
        </w:tc>
        <w:tc>
          <w:tcPr>
            <w:tcW w:w="190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1BE7724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使用过 AI</w:t>
            </w:r>
          </w:p>
        </w:tc>
        <w:tc>
          <w:tcPr>
            <w:tcW w:w="65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ED774C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  <w:lang w:eastAsia="zh-CN"/>
              </w:rPr>
              <w:t>本人已在投稿说明信、致谢和方法部分分别披露所用工具及版本、具体用途和大会要求提交的完整提示词；三处信息一致。</w:t>
            </w:r>
          </w:p>
        </w:tc>
      </w:tr>
    </w:tbl>
    <w:p w14:paraId="0F004B37" w14:textId="77777777" w:rsidR="00366892" w:rsidRPr="001B59D2" w:rsidRDefault="00366892">
      <w:pPr>
        <w:spacing w:after="0"/>
        <w:rPr>
          <w:rFonts w:ascii="宋体" w:eastAsia="宋体" w:hAnsi="宋体"/>
          <w:bCs/>
          <w:color w:val="auto"/>
          <w:lang w:eastAsia="zh-CN"/>
        </w:rPr>
      </w:pPr>
    </w:p>
    <w:p w14:paraId="0324F2A4" w14:textId="77777777" w:rsidR="00366892" w:rsidRPr="001B59D2" w:rsidRDefault="00000000">
      <w:pPr>
        <w:pStyle w:val="1"/>
        <w:rPr>
          <w:rFonts w:ascii="宋体" w:eastAsia="宋体" w:hAnsi="宋体"/>
          <w:b w:val="0"/>
          <w:color w:val="auto"/>
          <w:lang w:eastAsia="zh-CN"/>
        </w:rPr>
      </w:pPr>
      <w:r w:rsidRPr="001B59D2">
        <w:rPr>
          <w:rFonts w:ascii="宋体" w:eastAsia="宋体" w:hAnsi="宋体"/>
          <w:b w:val="0"/>
          <w:color w:val="auto"/>
          <w:lang w:eastAsia="zh-CN"/>
        </w:rPr>
        <w:t>四、AI 使用补充记录（勾选“使用过 AI”时填写）</w:t>
      </w:r>
    </w:p>
    <w:tbl>
      <w:tblPr>
        <w:tblStyle w:val="aff1"/>
        <w:tblW w:w="9360" w:type="dxa"/>
        <w:tblInd w:w="120" w:type="dxa"/>
        <w:tblBorders>
          <w:top w:val="single" w:sz="6" w:space="0" w:color="C7D0D9"/>
          <w:left w:val="single" w:sz="6" w:space="0" w:color="C7D0D9"/>
          <w:bottom w:val="single" w:sz="6" w:space="0" w:color="C7D0D9"/>
          <w:right w:val="single" w:sz="6" w:space="0" w:color="C7D0D9"/>
          <w:insideH w:val="single" w:sz="6" w:space="0" w:color="C7D0D9"/>
          <w:insideV w:val="single" w:sz="6" w:space="0" w:color="C7D0D9"/>
        </w:tblBorders>
        <w:tblLayout w:type="fixed"/>
        <w:tblLook w:val="04A0" w:firstRow="1" w:lastRow="0" w:firstColumn="1" w:lastColumn="0" w:noHBand="0" w:noVBand="1"/>
      </w:tblPr>
      <w:tblGrid>
        <w:gridCol w:w="2600"/>
        <w:gridCol w:w="6760"/>
      </w:tblGrid>
      <w:tr w:rsidR="00366892" w:rsidRPr="001B59D2" w14:paraId="55662560" w14:textId="77777777">
        <w:trPr>
          <w:cantSplit/>
          <w:tblHeader/>
        </w:trPr>
        <w:tc>
          <w:tcPr>
            <w:tcW w:w="260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3B7D41D7" w14:textId="77777777" w:rsidR="00366892" w:rsidRPr="001B59D2" w:rsidRDefault="00000000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proofErr w:type="spellStart"/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记录项</w:t>
            </w:r>
            <w:proofErr w:type="spellEnd"/>
          </w:p>
        </w:tc>
        <w:tc>
          <w:tcPr>
            <w:tcW w:w="676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F539ACA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填写内容</w:t>
            </w:r>
          </w:p>
        </w:tc>
      </w:tr>
      <w:tr w:rsidR="00366892" w:rsidRPr="001B59D2" w14:paraId="13CB6043" w14:textId="77777777">
        <w:trPr>
          <w:cantSplit/>
        </w:trPr>
        <w:tc>
          <w:tcPr>
            <w:tcW w:w="2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4AB4C697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9"/>
              </w:rPr>
              <w:t>工具名称及版本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14336C38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2433F070" w14:textId="77777777">
        <w:trPr>
          <w:cantSplit/>
        </w:trPr>
        <w:tc>
          <w:tcPr>
            <w:tcW w:w="2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C389B7D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9"/>
              </w:rPr>
              <w:t>使用环节与具体用途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2B2109C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</w:rPr>
            </w:pPr>
          </w:p>
        </w:tc>
      </w:tr>
      <w:tr w:rsidR="00366892" w:rsidRPr="001B59D2" w14:paraId="05A3C1AD" w14:textId="77777777">
        <w:trPr>
          <w:cantSplit/>
        </w:trPr>
        <w:tc>
          <w:tcPr>
            <w:tcW w:w="2600" w:type="dxa"/>
            <w:shd w:val="clear" w:color="auto" w:fill="F7F9FB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779BC244" w14:textId="77777777" w:rsidR="00366892" w:rsidRPr="001B59D2" w:rsidRDefault="00000000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19"/>
                <w:lang w:eastAsia="zh-CN"/>
              </w:rPr>
              <w:t>完整提示词所在</w:t>
            </w:r>
            <w:proofErr w:type="gramStart"/>
            <w:r w:rsidRPr="001B59D2">
              <w:rPr>
                <w:rFonts w:ascii="宋体" w:eastAsia="宋体" w:hAnsi="宋体"/>
                <w:bCs/>
                <w:color w:val="auto"/>
                <w:sz w:val="19"/>
                <w:lang w:eastAsia="zh-CN"/>
              </w:rPr>
              <w:t xml:space="preserve">附件 / </w:t>
            </w:r>
            <w:proofErr w:type="gramEnd"/>
            <w:r w:rsidRPr="001B59D2">
              <w:rPr>
                <w:rFonts w:ascii="宋体" w:eastAsia="宋体" w:hAnsi="宋体"/>
                <w:bCs/>
                <w:color w:val="auto"/>
                <w:sz w:val="19"/>
                <w:lang w:eastAsia="zh-CN"/>
              </w:rPr>
              <w:t>页码</w:t>
            </w:r>
          </w:p>
        </w:tc>
        <w:tc>
          <w:tcPr>
            <w:tcW w:w="676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D7892C8" w14:textId="77777777" w:rsidR="00366892" w:rsidRPr="001B59D2" w:rsidRDefault="00366892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</w:p>
        </w:tc>
      </w:tr>
    </w:tbl>
    <w:p w14:paraId="1B481D27" w14:textId="77777777" w:rsidR="00366892" w:rsidRPr="001B59D2" w:rsidRDefault="00366892">
      <w:pPr>
        <w:spacing w:after="0"/>
        <w:rPr>
          <w:rFonts w:ascii="宋体" w:eastAsia="宋体" w:hAnsi="宋体"/>
          <w:bCs/>
          <w:color w:val="auto"/>
        </w:rPr>
      </w:pPr>
    </w:p>
    <w:p w14:paraId="389333F7" w14:textId="77777777" w:rsidR="00366892" w:rsidRPr="001B59D2" w:rsidRDefault="00000000">
      <w:pPr>
        <w:pStyle w:val="1"/>
        <w:rPr>
          <w:rFonts w:ascii="宋体" w:eastAsia="宋体" w:hAnsi="宋体"/>
          <w:b w:val="0"/>
          <w:color w:val="auto"/>
        </w:rPr>
      </w:pPr>
      <w:r w:rsidRPr="001B59D2">
        <w:rPr>
          <w:rFonts w:ascii="宋体" w:eastAsia="宋体" w:hAnsi="宋体"/>
          <w:b w:val="0"/>
          <w:color w:val="auto"/>
        </w:rPr>
        <w:t>五、责任与处理知情</w:t>
      </w:r>
    </w:p>
    <w:p w14:paraId="023D598F" w14:textId="77777777" w:rsidR="00366892" w:rsidRPr="001B59D2" w:rsidRDefault="00000000">
      <w:pPr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lang w:eastAsia="zh-CN"/>
        </w:rPr>
        <w:t>本人知悉：经核实存在抄袭、自我剽窃、一稿多投、虚假引用、伪造材料、隐瞒重大 AI 使用或其他严重失实情形的，大会可依据情节采取警告、退稿、撤稿或取消既有资格等措施。大会在形成对作者不利的事实判断前，可要求作者作出说明或提供必要材料。</w:t>
      </w:r>
    </w:p>
    <w:p w14:paraId="06A179BA" w14:textId="77777777" w:rsidR="00366892" w:rsidRPr="001B59D2" w:rsidRDefault="00000000">
      <w:pPr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color w:val="auto"/>
          <w:lang w:eastAsia="zh-CN"/>
        </w:rPr>
        <w:t>本人确认以上信息真实、完整，并同意大会为投稿受理、匿名评审、结果通知和学术诚信核查之目的处理所提交的信息。</w:t>
      </w:r>
    </w:p>
    <w:p w14:paraId="7BC77F94" w14:textId="77777777" w:rsidR="00366892" w:rsidRPr="001B59D2" w:rsidRDefault="00000000">
      <w:pPr>
        <w:pStyle w:val="1"/>
        <w:rPr>
          <w:rFonts w:ascii="宋体" w:eastAsia="宋体" w:hAnsi="宋体"/>
          <w:b w:val="0"/>
          <w:color w:val="auto"/>
        </w:rPr>
      </w:pPr>
      <w:proofErr w:type="spellStart"/>
      <w:r w:rsidRPr="001B59D2">
        <w:rPr>
          <w:rFonts w:ascii="宋体" w:eastAsia="宋体" w:hAnsi="宋体"/>
          <w:b w:val="0"/>
          <w:color w:val="auto"/>
        </w:rPr>
        <w:lastRenderedPageBreak/>
        <w:t>六、签署</w:t>
      </w:r>
      <w:proofErr w:type="spellEnd"/>
    </w:p>
    <w:tbl>
      <w:tblPr>
        <w:tblStyle w:val="aff1"/>
        <w:tblW w:w="4680" w:type="dxa"/>
        <w:tblInd w:w="120" w:type="dxa"/>
        <w:tblBorders>
          <w:top w:val="single" w:sz="6" w:space="0" w:color="C7D0D9"/>
          <w:left w:val="single" w:sz="6" w:space="0" w:color="C7D0D9"/>
          <w:bottom w:val="single" w:sz="6" w:space="0" w:color="C7D0D9"/>
          <w:right w:val="single" w:sz="6" w:space="0" w:color="C7D0D9"/>
          <w:insideH w:val="single" w:sz="6" w:space="0" w:color="C7D0D9"/>
          <w:insideV w:val="single" w:sz="6" w:space="0" w:color="C7D0D9"/>
        </w:tblBorders>
        <w:tblLayout w:type="fixed"/>
        <w:tblLook w:val="04A0" w:firstRow="1" w:lastRow="0" w:firstColumn="1" w:lastColumn="0" w:noHBand="0" w:noVBand="1"/>
      </w:tblPr>
      <w:tblGrid>
        <w:gridCol w:w="4680"/>
      </w:tblGrid>
      <w:tr w:rsidR="00120E89" w:rsidRPr="001B59D2" w14:paraId="113DB7EA" w14:textId="77777777" w:rsidTr="00120E89">
        <w:trPr>
          <w:cantSplit/>
          <w:tblHeader/>
        </w:trPr>
        <w:tc>
          <w:tcPr>
            <w:tcW w:w="4680" w:type="dxa"/>
            <w:shd w:val="clear" w:color="auto" w:fill="E8F0F6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2F764BA4" w14:textId="77777777" w:rsidR="00120E89" w:rsidRPr="001B59D2" w:rsidRDefault="00120E89">
            <w:pPr>
              <w:spacing w:after="0" w:line="276" w:lineRule="auto"/>
              <w:jc w:val="center"/>
              <w:rPr>
                <w:rFonts w:ascii="宋体" w:eastAsia="宋体" w:hAnsi="宋体"/>
                <w:bCs/>
                <w:color w:val="auto"/>
              </w:rPr>
            </w:pPr>
            <w:proofErr w:type="spellStart"/>
            <w:r w:rsidRPr="001B59D2">
              <w:rPr>
                <w:rFonts w:ascii="宋体" w:eastAsia="宋体" w:hAnsi="宋体"/>
                <w:bCs/>
                <w:color w:val="auto"/>
                <w:sz w:val="18"/>
              </w:rPr>
              <w:t>作者签署</w:t>
            </w:r>
            <w:proofErr w:type="spellEnd"/>
          </w:p>
        </w:tc>
      </w:tr>
      <w:tr w:rsidR="00120E89" w:rsidRPr="001B59D2" w14:paraId="5F4711DA" w14:textId="77777777" w:rsidTr="00120E89">
        <w:trPr>
          <w:cantSplit/>
        </w:trPr>
        <w:tc>
          <w:tcPr>
            <w:tcW w:w="4680" w:type="dxa"/>
            <w:tcMar>
              <w:top w:w="80" w:type="dxa"/>
              <w:left w:w="120" w:type="dxa"/>
              <w:bottom w:w="80" w:type="dxa"/>
              <w:right w:w="120" w:type="dxa"/>
            </w:tcMar>
            <w:vAlign w:val="center"/>
          </w:tcPr>
          <w:p w14:paraId="07C53419" w14:textId="77777777" w:rsidR="00120E89" w:rsidRPr="001B59D2" w:rsidRDefault="00120E89">
            <w:pPr>
              <w:spacing w:after="0" w:line="276" w:lineRule="auto"/>
              <w:rPr>
                <w:rFonts w:ascii="宋体" w:eastAsia="宋体" w:hAnsi="宋体"/>
                <w:bCs/>
                <w:color w:val="auto"/>
                <w:lang w:eastAsia="zh-CN"/>
              </w:rPr>
            </w:pPr>
            <w:r w:rsidRPr="001B59D2">
              <w:rPr>
                <w:rFonts w:ascii="宋体" w:eastAsia="宋体" w:hAnsi="宋体"/>
                <w:bCs/>
                <w:color w:val="auto"/>
                <w:sz w:val="20"/>
                <w:lang w:eastAsia="zh-CN"/>
              </w:rPr>
              <w:t>作者签名：________________________</w:t>
            </w:r>
            <w:r w:rsidRPr="001B59D2">
              <w:rPr>
                <w:rFonts w:ascii="宋体" w:eastAsia="宋体" w:hAnsi="宋体"/>
                <w:bCs/>
                <w:color w:val="auto"/>
                <w:sz w:val="20"/>
                <w:lang w:eastAsia="zh-CN"/>
              </w:rPr>
              <w:br/>
            </w:r>
            <w:r w:rsidRPr="001B59D2">
              <w:rPr>
                <w:rFonts w:ascii="宋体" w:eastAsia="宋体" w:hAnsi="宋体"/>
                <w:bCs/>
                <w:color w:val="auto"/>
                <w:sz w:val="20"/>
                <w:lang w:eastAsia="zh-CN"/>
              </w:rPr>
              <w:br/>
              <w:t>签署日期：______年____月____日</w:t>
            </w:r>
          </w:p>
        </w:tc>
      </w:tr>
    </w:tbl>
    <w:p w14:paraId="4484BA34" w14:textId="77777777" w:rsidR="00366892" w:rsidRPr="001B59D2" w:rsidRDefault="00366892">
      <w:pPr>
        <w:spacing w:after="0"/>
        <w:rPr>
          <w:rFonts w:ascii="宋体" w:eastAsia="宋体" w:hAnsi="宋体"/>
          <w:bCs/>
          <w:color w:val="auto"/>
          <w:lang w:eastAsia="zh-CN"/>
        </w:rPr>
      </w:pPr>
    </w:p>
    <w:p w14:paraId="32E826D9" w14:textId="77777777" w:rsidR="00366892" w:rsidRPr="001B59D2" w:rsidRDefault="00000000">
      <w:pPr>
        <w:rPr>
          <w:rFonts w:ascii="宋体" w:eastAsia="宋体" w:hAnsi="宋体"/>
          <w:bCs/>
          <w:color w:val="auto"/>
          <w:lang w:eastAsia="zh-CN"/>
        </w:rPr>
      </w:pPr>
      <w:r w:rsidRPr="001B59D2">
        <w:rPr>
          <w:rFonts w:ascii="宋体" w:eastAsia="宋体" w:hAnsi="宋体"/>
          <w:bCs/>
          <w:i/>
          <w:color w:val="auto"/>
          <w:lang w:eastAsia="zh-CN"/>
        </w:rPr>
        <w:t>提示：投稿截止日期暂定</w:t>
      </w:r>
      <w:proofErr w:type="gramStart"/>
      <w:r w:rsidRPr="001B59D2">
        <w:rPr>
          <w:rFonts w:ascii="宋体" w:eastAsia="宋体" w:hAnsi="宋体"/>
          <w:bCs/>
          <w:i/>
          <w:color w:val="auto"/>
          <w:lang w:eastAsia="zh-CN"/>
        </w:rPr>
        <w:t xml:space="preserve">为 2026 </w:t>
      </w:r>
      <w:proofErr w:type="gramEnd"/>
      <w:r w:rsidRPr="001B59D2">
        <w:rPr>
          <w:rFonts w:ascii="宋体" w:eastAsia="宋体" w:hAnsi="宋体"/>
          <w:bCs/>
          <w:i/>
          <w:color w:val="auto"/>
          <w:lang w:eastAsia="zh-CN"/>
        </w:rPr>
        <w:t xml:space="preserve">年 9 </w:t>
      </w:r>
      <w:proofErr w:type="gramStart"/>
      <w:r w:rsidRPr="001B59D2">
        <w:rPr>
          <w:rFonts w:ascii="宋体" w:eastAsia="宋体" w:hAnsi="宋体"/>
          <w:bCs/>
          <w:i/>
          <w:color w:val="auto"/>
          <w:lang w:eastAsia="zh-CN"/>
        </w:rPr>
        <w:t xml:space="preserve">月 20 </w:t>
      </w:r>
      <w:proofErr w:type="gramEnd"/>
      <w:r w:rsidRPr="001B59D2">
        <w:rPr>
          <w:rFonts w:ascii="宋体" w:eastAsia="宋体" w:hAnsi="宋体"/>
          <w:bCs/>
          <w:i/>
          <w:color w:val="auto"/>
          <w:lang w:eastAsia="zh-CN"/>
        </w:rPr>
        <w:t>日，最终以大会正式通知为准。</w:t>
      </w:r>
    </w:p>
    <w:sectPr w:rsidR="00366892" w:rsidRPr="001B59D2" w:rsidSect="00034616">
      <w:headerReference w:type="default" r:id="rId8"/>
      <w:footerReference w:type="default" r:id="rId9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D9F017" w14:textId="77777777" w:rsidR="00E02DA7" w:rsidRDefault="00E02DA7">
      <w:pPr>
        <w:spacing w:after="0" w:line="240" w:lineRule="auto"/>
      </w:pPr>
      <w:r>
        <w:separator/>
      </w:r>
    </w:p>
  </w:endnote>
  <w:endnote w:type="continuationSeparator" w:id="0">
    <w:p w14:paraId="63FD02B0" w14:textId="77777777" w:rsidR="00E02DA7" w:rsidRDefault="00E02D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C Thin">
    <w:panose1 w:val="020B0200000000000000"/>
    <w:charset w:val="86"/>
    <w:family w:val="swiss"/>
    <w:pitch w:val="variable"/>
    <w:sig w:usb0="20000287" w:usb1="2ADF3C10" w:usb2="00000016" w:usb3="00000000" w:csb0="000601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3D623" w14:textId="77777777" w:rsidR="00366892" w:rsidRDefault="00000000">
    <w:pPr>
      <w:pStyle w:val="a6"/>
      <w:jc w:val="center"/>
      <w:rPr>
        <w:lang w:eastAsia="zh-CN"/>
      </w:rPr>
    </w:pPr>
    <w:r>
      <w:rPr>
        <w:color w:val="5E6A73"/>
        <w:sz w:val="17"/>
        <w:lang w:eastAsia="zh-CN"/>
      </w:rPr>
      <w:t xml:space="preserve">第三届浙江中学生哲学大会  •  第 </w:t>
    </w:r>
    <w:r>
      <w:rPr>
        <w:color w:val="5E6A73"/>
        <w:sz w:val="17"/>
      </w:rPr>
      <w:fldChar w:fldCharType="begin"/>
    </w:r>
    <w:r>
      <w:rPr>
        <w:color w:val="5E6A73"/>
        <w:sz w:val="17"/>
        <w:lang w:eastAsia="zh-CN"/>
      </w:rPr>
      <w:instrText>PAGE</w:instrText>
    </w:r>
    <w:r>
      <w:rPr>
        <w:color w:val="5E6A73"/>
        <w:sz w:val="17"/>
      </w:rPr>
      <w:fldChar w:fldCharType="separate"/>
    </w:r>
    <w:r>
      <w:rPr>
        <w:color w:val="5E6A73"/>
        <w:sz w:val="17"/>
        <w:lang w:eastAsia="zh-CN"/>
      </w:rPr>
      <w:t>1</w:t>
    </w:r>
    <w:r>
      <w:rPr>
        <w:color w:val="5E6A73"/>
        <w:sz w:val="17"/>
      </w:rPr>
      <w:fldChar w:fldCharType="end"/>
    </w:r>
    <w:r>
      <w:rPr>
        <w:color w:val="5E6A73"/>
        <w:sz w:val="17"/>
        <w:lang w:eastAsia="zh-CN"/>
      </w:rPr>
      <w:t xml:space="preserve"> 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37214E" w14:textId="77777777" w:rsidR="00E02DA7" w:rsidRDefault="00E02DA7">
      <w:pPr>
        <w:spacing w:after="0" w:line="240" w:lineRule="auto"/>
      </w:pPr>
      <w:r>
        <w:separator/>
      </w:r>
    </w:p>
  </w:footnote>
  <w:footnote w:type="continuationSeparator" w:id="0">
    <w:p w14:paraId="7AEF143C" w14:textId="77777777" w:rsidR="00E02DA7" w:rsidRDefault="00E02D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7893B" w14:textId="77777777" w:rsidR="00366892" w:rsidRDefault="00000000">
    <w:pPr>
      <w:pStyle w:val="a4"/>
      <w:jc w:val="right"/>
      <w:rPr>
        <w:lang w:eastAsia="zh-CN"/>
      </w:rPr>
    </w:pPr>
    <w:r>
      <w:rPr>
        <w:b/>
        <w:color w:val="5E6A73"/>
        <w:sz w:val="17"/>
        <w:lang w:eastAsia="zh-CN"/>
      </w:rPr>
      <w:t>SSPCZ 2026  |  投稿责任确认书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11E10E1D"/>
    <w:multiLevelType w:val="singleLevel"/>
    <w:tmpl w:val="424E331C"/>
    <w:lvl w:ilvl="0">
      <w:start w:val="1"/>
      <w:numFmt w:val="decimal"/>
      <w:pStyle w:val="a"/>
      <w:lvlText w:val="%1."/>
      <w:lvlJc w:val="left"/>
      <w:pPr>
        <w:tabs>
          <w:tab w:val="num" w:pos="540"/>
        </w:tabs>
        <w:spacing w:after="80" w:line="300" w:lineRule="auto"/>
        <w:ind w:left="540" w:hanging="270"/>
      </w:pPr>
      <w:rPr>
        <w:rFonts w:ascii="Noto Sans SC Thin" w:eastAsia="Noto Sans SC Thin" w:hAnsi="Noto Sans SC Thin"/>
      </w:rPr>
    </w:lvl>
  </w:abstractNum>
  <w:abstractNum w:abstractNumId="10" w15:restartNumberingAfterBreak="0">
    <w:nsid w:val="6A127E6B"/>
    <w:multiLevelType w:val="singleLevel"/>
    <w:tmpl w:val="3D66FEF2"/>
    <w:lvl w:ilvl="0">
      <w:start w:val="1"/>
      <w:numFmt w:val="bullet"/>
      <w:lvlText w:val="•"/>
      <w:lvlJc w:val="left"/>
      <w:pPr>
        <w:tabs>
          <w:tab w:val="num" w:pos="540"/>
        </w:tabs>
        <w:spacing w:after="80" w:line="300" w:lineRule="auto"/>
        <w:ind w:left="540" w:hanging="270"/>
      </w:pPr>
      <w:rPr>
        <w:rFonts w:ascii="Noto Sans SC Thin" w:eastAsia="Noto Sans SC Thin" w:hAnsi="Noto Sans SC Thin"/>
      </w:rPr>
    </w:lvl>
  </w:abstractNum>
  <w:num w:numId="1" w16cid:durableId="101222474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bordersDoNotSurroundHeader/>
  <w:bordersDoNotSurroundFooter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20E89"/>
    <w:rsid w:val="0015074B"/>
    <w:rsid w:val="001B59D2"/>
    <w:rsid w:val="0029639D"/>
    <w:rsid w:val="00326F90"/>
    <w:rsid w:val="00366892"/>
    <w:rsid w:val="00AA1D8D"/>
    <w:rsid w:val="00B47730"/>
    <w:rsid w:val="00CB0664"/>
    <w:rsid w:val="00E02DA7"/>
    <w:rsid w:val="00E46E78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063DFBF"/>
  <w14:defaultImageDpi w14:val="300"/>
  <w15:docId w15:val="{588E0797-BE9A-486F-99D4-9269B675B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FC693F"/>
    <w:pPr>
      <w:spacing w:after="120" w:line="300" w:lineRule="auto"/>
    </w:pPr>
    <w:rPr>
      <w:rFonts w:ascii="Noto Sans SC Thin" w:eastAsia="Noto Sans SC Thin" w:hAnsi="Noto Sans SC Thin"/>
      <w:color w:val="1E2933"/>
    </w:rPr>
  </w:style>
  <w:style w:type="paragraph" w:styleId="1">
    <w:name w:val="heading 1"/>
    <w:basedOn w:val="a0"/>
    <w:next w:val="a0"/>
    <w:link w:val="10"/>
    <w:uiPriority w:val="9"/>
    <w:qFormat/>
    <w:rsid w:val="00FC693F"/>
    <w:pPr>
      <w:keepNext/>
      <w:keepLines/>
      <w:spacing w:before="360" w:after="200" w:line="240" w:lineRule="auto"/>
      <w:outlineLvl w:val="0"/>
    </w:pPr>
    <w:rPr>
      <w:rFonts w:asciiTheme="majorHAnsi" w:eastAsiaTheme="majorEastAsia" w:hAnsiTheme="majorHAnsi" w:cstheme="majorBidi"/>
      <w:b/>
      <w:bCs/>
      <w:color w:val="2E5E82"/>
      <w:sz w:val="32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FC693F"/>
    <w:pPr>
      <w:keepNext/>
      <w:keepLines/>
      <w:spacing w:before="280" w:after="140" w:line="240" w:lineRule="auto"/>
      <w:outlineLvl w:val="1"/>
    </w:pPr>
    <w:rPr>
      <w:rFonts w:asciiTheme="majorHAnsi" w:eastAsiaTheme="majorEastAsia" w:hAnsiTheme="majorHAnsi" w:cstheme="majorBidi"/>
      <w:b/>
      <w:bCs/>
      <w:color w:val="2E5E82"/>
      <w:sz w:val="26"/>
      <w:szCs w:val="26"/>
    </w:rPr>
  </w:style>
  <w:style w:type="paragraph" w:styleId="3">
    <w:name w:val="heading 3"/>
    <w:basedOn w:val="a0"/>
    <w:next w:val="a0"/>
    <w:link w:val="30"/>
    <w:uiPriority w:val="9"/>
    <w:unhideWhenUsed/>
    <w:qFormat/>
    <w:rsid w:val="00FC693F"/>
    <w:pPr>
      <w:keepNext/>
      <w:keepLines/>
      <w:spacing w:before="200" w:after="100" w:line="240" w:lineRule="auto"/>
      <w:outlineLvl w:val="2"/>
    </w:pPr>
    <w:rPr>
      <w:rFonts w:asciiTheme="majorHAnsi" w:eastAsiaTheme="majorEastAsia" w:hAnsiTheme="majorHAnsi" w:cstheme="majorBidi"/>
      <w:b/>
      <w:bCs/>
      <w:color w:val="18364D"/>
      <w:sz w:val="24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0"/>
    <w:next w:val="a0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0"/>
    <w:next w:val="a0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0"/>
    <w:next w:val="a0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0"/>
    <w:next w:val="a0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basedOn w:val="a0"/>
    <w:link w:val="a5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5">
    <w:name w:val="页眉 字符"/>
    <w:basedOn w:val="a1"/>
    <w:link w:val="a4"/>
    <w:uiPriority w:val="99"/>
    <w:rsid w:val="00E618BF"/>
  </w:style>
  <w:style w:type="paragraph" w:styleId="a6">
    <w:name w:val="footer"/>
    <w:basedOn w:val="a0"/>
    <w:link w:val="a7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页脚 字符"/>
    <w:basedOn w:val="a1"/>
    <w:link w:val="a6"/>
    <w:uiPriority w:val="99"/>
    <w:rsid w:val="00E618BF"/>
  </w:style>
  <w:style w:type="paragraph" w:styleId="a8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标题 1 字符"/>
    <w:basedOn w:val="a1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标题 2 字符"/>
    <w:basedOn w:val="a1"/>
    <w:link w:val="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标题 3 字符"/>
    <w:basedOn w:val="a1"/>
    <w:link w:val="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9">
    <w:name w:val="Title"/>
    <w:basedOn w:val="a0"/>
    <w:next w:val="a0"/>
    <w:link w:val="aa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a">
    <w:name w:val="标题 字符"/>
    <w:basedOn w:val="a1"/>
    <w:link w:val="a9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b">
    <w:name w:val="Subtitle"/>
    <w:basedOn w:val="a0"/>
    <w:next w:val="a0"/>
    <w:link w:val="ac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c">
    <w:name w:val="副标题 字符"/>
    <w:basedOn w:val="a1"/>
    <w:link w:val="ab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d">
    <w:name w:val="List Paragraph"/>
    <w:basedOn w:val="a0"/>
    <w:uiPriority w:val="34"/>
    <w:qFormat/>
    <w:rsid w:val="00FC693F"/>
    <w:pPr>
      <w:ind w:left="720"/>
      <w:contextualSpacing/>
    </w:pPr>
  </w:style>
  <w:style w:type="paragraph" w:styleId="ae">
    <w:name w:val="Body Text"/>
    <w:basedOn w:val="a0"/>
    <w:link w:val="af"/>
    <w:uiPriority w:val="99"/>
    <w:unhideWhenUsed/>
    <w:rsid w:val="00AA1D8D"/>
  </w:style>
  <w:style w:type="character" w:customStyle="1" w:styleId="af">
    <w:name w:val="正文文本 字符"/>
    <w:basedOn w:val="a1"/>
    <w:link w:val="ae"/>
    <w:uiPriority w:val="99"/>
    <w:rsid w:val="00AA1D8D"/>
  </w:style>
  <w:style w:type="paragraph" w:styleId="21">
    <w:name w:val="Body Text 2"/>
    <w:basedOn w:val="a0"/>
    <w:link w:val="22"/>
    <w:uiPriority w:val="99"/>
    <w:unhideWhenUsed/>
    <w:rsid w:val="00AA1D8D"/>
    <w:pPr>
      <w:spacing w:line="480" w:lineRule="auto"/>
    </w:pPr>
  </w:style>
  <w:style w:type="character" w:customStyle="1" w:styleId="22">
    <w:name w:val="正文文本 2 字符"/>
    <w:basedOn w:val="a1"/>
    <w:link w:val="21"/>
    <w:uiPriority w:val="99"/>
    <w:rsid w:val="00AA1D8D"/>
  </w:style>
  <w:style w:type="paragraph" w:styleId="31">
    <w:name w:val="Body Text 3"/>
    <w:basedOn w:val="a0"/>
    <w:link w:val="32"/>
    <w:uiPriority w:val="99"/>
    <w:unhideWhenUsed/>
    <w:rsid w:val="00AA1D8D"/>
    <w:rPr>
      <w:sz w:val="16"/>
      <w:szCs w:val="16"/>
    </w:rPr>
  </w:style>
  <w:style w:type="character" w:customStyle="1" w:styleId="32">
    <w:name w:val="正文文本 3 字符"/>
    <w:basedOn w:val="a1"/>
    <w:link w:val="31"/>
    <w:uiPriority w:val="99"/>
    <w:rsid w:val="00AA1D8D"/>
    <w:rPr>
      <w:sz w:val="16"/>
      <w:szCs w:val="16"/>
    </w:rPr>
  </w:style>
  <w:style w:type="paragraph" w:styleId="af0">
    <w:name w:val="List"/>
    <w:basedOn w:val="a0"/>
    <w:uiPriority w:val="99"/>
    <w:unhideWhenUsed/>
    <w:rsid w:val="00AA1D8D"/>
    <w:pPr>
      <w:ind w:left="360" w:hanging="360"/>
      <w:contextualSpacing/>
    </w:pPr>
  </w:style>
  <w:style w:type="paragraph" w:styleId="23">
    <w:name w:val="List 2"/>
    <w:basedOn w:val="a0"/>
    <w:uiPriority w:val="99"/>
    <w:unhideWhenUsed/>
    <w:rsid w:val="00326F90"/>
    <w:pPr>
      <w:ind w:left="720" w:hanging="360"/>
      <w:contextualSpacing/>
    </w:pPr>
  </w:style>
  <w:style w:type="paragraph" w:styleId="33">
    <w:name w:val="List 3"/>
    <w:basedOn w:val="a0"/>
    <w:uiPriority w:val="99"/>
    <w:unhideWhenUsed/>
    <w:rsid w:val="00326F90"/>
    <w:pPr>
      <w:ind w:left="1080" w:hanging="360"/>
      <w:contextualSpacing/>
    </w:pPr>
  </w:style>
  <w:style w:type="paragraph" w:styleId="a">
    <w:name w:val="List Bullet"/>
    <w:basedOn w:val="a0"/>
    <w:uiPriority w:val="99"/>
    <w:unhideWhenUsed/>
    <w:rsid w:val="00326F90"/>
    <w:pPr>
      <w:numPr>
        <w:numId w:val="1"/>
      </w:numPr>
      <w:contextualSpacing/>
    </w:pPr>
  </w:style>
  <w:style w:type="paragraph" w:styleId="24">
    <w:name w:val="List Bullet 2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34">
    <w:name w:val="List Bullet 3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af1">
    <w:name w:val="List Number"/>
    <w:basedOn w:val="a0"/>
    <w:uiPriority w:val="99"/>
    <w:unhideWhenUsed/>
    <w:rsid w:val="00326F90"/>
    <w:pPr>
      <w:tabs>
        <w:tab w:val="num" w:pos="360"/>
      </w:tabs>
      <w:contextualSpacing/>
    </w:pPr>
  </w:style>
  <w:style w:type="paragraph" w:styleId="25">
    <w:name w:val="List Number 2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35">
    <w:name w:val="List Number 3"/>
    <w:basedOn w:val="a0"/>
    <w:uiPriority w:val="99"/>
    <w:unhideWhenUsed/>
    <w:rsid w:val="0029639D"/>
    <w:pPr>
      <w:tabs>
        <w:tab w:val="num" w:pos="360"/>
      </w:tabs>
      <w:contextualSpacing/>
    </w:pPr>
  </w:style>
  <w:style w:type="paragraph" w:styleId="af2">
    <w:name w:val="List Continue"/>
    <w:basedOn w:val="a0"/>
    <w:uiPriority w:val="99"/>
    <w:unhideWhenUsed/>
    <w:rsid w:val="0029639D"/>
    <w:pPr>
      <w:ind w:left="360"/>
      <w:contextualSpacing/>
    </w:pPr>
  </w:style>
  <w:style w:type="paragraph" w:styleId="26">
    <w:name w:val="List Continue 2"/>
    <w:basedOn w:val="a0"/>
    <w:uiPriority w:val="99"/>
    <w:unhideWhenUsed/>
    <w:rsid w:val="0029639D"/>
    <w:pPr>
      <w:ind w:left="720"/>
      <w:contextualSpacing/>
    </w:pPr>
  </w:style>
  <w:style w:type="paragraph" w:styleId="36">
    <w:name w:val="List Continue 3"/>
    <w:basedOn w:val="a0"/>
    <w:uiPriority w:val="99"/>
    <w:unhideWhenUsed/>
    <w:rsid w:val="0029639D"/>
    <w:pPr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宏文本 字符"/>
    <w:basedOn w:val="a1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0"/>
    <w:next w:val="a0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引用 字符"/>
    <w:basedOn w:val="a1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标题 4 字符"/>
    <w:basedOn w:val="a1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标题 5 字符"/>
    <w:basedOn w:val="a1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标题 6 字符"/>
    <w:basedOn w:val="a1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标题 7 字符"/>
    <w:basedOn w:val="a1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标题 8 字符"/>
    <w:basedOn w:val="a1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标题 9 字符"/>
    <w:basedOn w:val="a1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0"/>
    <w:next w:val="a0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1"/>
    <w:uiPriority w:val="22"/>
    <w:qFormat/>
    <w:rsid w:val="00FC693F"/>
    <w:rPr>
      <w:b/>
      <w:bCs/>
    </w:rPr>
  </w:style>
  <w:style w:type="character" w:styleId="af9">
    <w:name w:val="Emphasis"/>
    <w:basedOn w:val="a1"/>
    <w:uiPriority w:val="20"/>
    <w:qFormat/>
    <w:rsid w:val="00FC693F"/>
    <w:rPr>
      <w:i/>
      <w:iCs/>
    </w:rPr>
  </w:style>
  <w:style w:type="paragraph" w:styleId="afa">
    <w:name w:val="Intense Quote"/>
    <w:basedOn w:val="a0"/>
    <w:next w:val="a0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明显引用 字符"/>
    <w:basedOn w:val="a1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1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1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1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1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1"/>
    <w:uiPriority w:val="33"/>
    <w:qFormat/>
    <w:rsid w:val="00FC693F"/>
    <w:rPr>
      <w:b/>
      <w:bCs/>
      <w:smallCaps/>
      <w:spacing w:val="5"/>
    </w:rPr>
  </w:style>
  <w:style w:type="paragraph" w:styleId="TOC">
    <w:name w:val="TOC Heading"/>
    <w:basedOn w:val="1"/>
    <w:next w:val="a0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2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2">
    <w:name w:val="Light Shading"/>
    <w:basedOn w:val="a2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2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2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2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2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2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2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2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2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2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2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7">
    <w:name w:val="Medium Shading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2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2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8">
    <w:name w:val="Medium Lis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2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2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9">
    <w:name w:val="Medium Grid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2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2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2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2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2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2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tice">
    <w:name w:val="Notice"/>
    <w:pPr>
      <w:shd w:val="clear" w:color="auto" w:fill="E8F0F6"/>
      <w:spacing w:before="100" w:after="140" w:line="288" w:lineRule="auto"/>
      <w:ind w:left="230" w:right="115"/>
    </w:pPr>
    <w:rPr>
      <w:rFonts w:ascii="Noto Sans SC Thin" w:eastAsia="Noto Sans SC Thin" w:hAnsi="Noto Sans SC Thin"/>
      <w:color w:val="18364D"/>
      <w:sz w:val="21"/>
    </w:rPr>
  </w:style>
  <w:style w:type="paragraph" w:customStyle="1" w:styleId="Warning">
    <w:name w:val="Warning"/>
    <w:pPr>
      <w:shd w:val="clear" w:color="auto" w:fill="F8E9EB"/>
      <w:spacing w:before="100" w:after="140" w:line="288" w:lineRule="auto"/>
      <w:ind w:left="230" w:right="115"/>
    </w:pPr>
    <w:rPr>
      <w:rFonts w:ascii="Noto Sans SC Thin" w:eastAsia="Noto Sans SC Thin" w:hAnsi="Noto Sans SC Thin"/>
      <w:color w:val="8B253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1192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投稿原创性与责任确认书</dc:title>
  <dc:subject>第三届浙江中学生哲学大会（SSPCZ 2026）制度文件</dc:subject>
  <dc:creator>第三届浙江中学生哲学大会组委会</dc:creator>
  <cp:keywords>SSPCZ 2026, 学术诚信, 匿名评审, clean-room</cp:keywords>
  <dc:description>依据 SSPCZ 2026 Clean-room 功能规格书独立起草；未参照旧版制度文本。</dc:description>
  <cp:lastModifiedBy>mm oo</cp:lastModifiedBy>
  <cp:revision>4</cp:revision>
  <dcterms:created xsi:type="dcterms:W3CDTF">2026-08-29T07:21:00Z</dcterms:created>
  <dcterms:modified xsi:type="dcterms:W3CDTF">2026-08-29T07:21:00Z</dcterms:modified>
  <cp:category/>
</cp:coreProperties>
</file>